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126" w:rsidRDefault="006E3298">
      <w:pPr>
        <w:wordWrap w:val="0"/>
        <w:autoSpaceDE w:val="0"/>
        <w:autoSpaceDN w:val="0"/>
        <w:spacing w:after="70" w:line="14" w:lineRule="exact"/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539800</wp:posOffset>
            </wp:positionH>
            <wp:positionV relativeFrom="page">
              <wp:posOffset>6195949</wp:posOffset>
            </wp:positionV>
            <wp:extent cx="1829435" cy="7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126" w:rsidRDefault="006E3298" w:rsidP="006E3298">
      <w:pPr>
        <w:wordWrap w:val="0"/>
        <w:autoSpaceDE w:val="0"/>
        <w:autoSpaceDN w:val="0"/>
        <w:spacing w:before="168" w:after="24" w:line="221" w:lineRule="exact"/>
        <w:ind w:left="45"/>
        <w:jc w:val="right"/>
      </w:pPr>
      <w:bookmarkStart w:id="0" w:name="_GoBack"/>
      <w:bookmarkEnd w:id="0"/>
      <w:r>
        <w:rPr>
          <w:rFonts w:ascii="Calibri" w:eastAsia="Calibri" w:hAnsi="Calibri"/>
          <w:b/>
          <w:color w:val="000000"/>
          <w:spacing w:val="1"/>
        </w:rPr>
        <w:t>Scuola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Primaria</w:t>
      </w:r>
      <w:r>
        <w:rPr>
          <w:rFonts w:ascii="Times New Roman" w:eastAsia="Times New Roman" w:hAnsi="Times New Roman"/>
          <w:b/>
          <w:color w:val="000000"/>
          <w:spacing w:val="43"/>
        </w:rPr>
        <w:t xml:space="preserve"> </w:t>
      </w:r>
      <w:r>
        <w:rPr>
          <w:rFonts w:ascii="Calibri" w:eastAsia="Calibri" w:hAnsi="Calibri"/>
          <w:b/>
          <w:color w:val="000000"/>
        </w:rPr>
        <w:t>____________________________</w:t>
      </w:r>
    </w:p>
    <w:p w:rsidR="00652126" w:rsidRDefault="006E3298">
      <w:pPr>
        <w:wordWrap w:val="0"/>
        <w:autoSpaceDE w:val="0"/>
        <w:autoSpaceDN w:val="0"/>
        <w:spacing w:before="48" w:after="75" w:line="221" w:lineRule="exact"/>
        <w:ind w:left="3747"/>
      </w:pPr>
      <w:r>
        <w:rPr>
          <w:rFonts w:ascii="Calibri" w:eastAsia="Calibri" w:hAnsi="Calibri"/>
          <w:b/>
          <w:color w:val="000000"/>
        </w:rPr>
        <w:t>SCHEDA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</w:rPr>
        <w:t>RIASSUNTIVA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  <w:w w:val="99"/>
        </w:rPr>
        <w:t>DEI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</w:rPr>
        <w:t>LIBRI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</w:rPr>
        <w:t>DI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  <w:spacing w:val="2"/>
        </w:rPr>
        <w:t>TESTO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  <w:w w:val="101"/>
        </w:rPr>
        <w:t>ADOTTATI</w:t>
      </w:r>
      <w:r>
        <w:rPr>
          <w:rFonts w:ascii="Times New Roman" w:eastAsia="Times New Roman" w:hAnsi="Times New Roman"/>
          <w:b/>
          <w:color w:val="000000"/>
          <w:spacing w:val="-12"/>
        </w:rPr>
        <w:t xml:space="preserve"> </w:t>
      </w:r>
      <w:r>
        <w:rPr>
          <w:rFonts w:ascii="Calibri" w:eastAsia="Calibri" w:hAnsi="Calibri"/>
          <w:b/>
          <w:color w:val="000000"/>
          <w:spacing w:val="-1"/>
        </w:rPr>
        <w:t>PER</w:t>
      </w:r>
      <w:r>
        <w:rPr>
          <w:rFonts w:ascii="Times New Roman" w:eastAsia="Times New Roman" w:hAnsi="Times New Roman"/>
          <w:b/>
          <w:color w:val="000000"/>
          <w:spacing w:val="-6"/>
        </w:rPr>
        <w:t xml:space="preserve"> </w:t>
      </w:r>
      <w:r>
        <w:rPr>
          <w:rFonts w:ascii="Calibri" w:eastAsia="Calibri" w:hAnsi="Calibri"/>
          <w:b/>
          <w:color w:val="000000"/>
          <w:spacing w:val="-2"/>
        </w:rPr>
        <w:t>L</w:t>
      </w:r>
      <w:r>
        <w:rPr>
          <w:rFonts w:ascii="Calibri" w:eastAsia="Calibri" w:hAnsi="Calibri"/>
          <w:b/>
          <w:color w:val="000000"/>
        </w:rPr>
        <w:t>’</w:t>
      </w:r>
      <w:r>
        <w:rPr>
          <w:rFonts w:ascii="Calibri" w:eastAsia="Calibri" w:hAnsi="Calibri"/>
          <w:b/>
          <w:color w:val="000000"/>
          <w:spacing w:val="1"/>
        </w:rPr>
        <w:t>ANNO</w:t>
      </w:r>
      <w:r>
        <w:rPr>
          <w:rFonts w:ascii="Times New Roman" w:eastAsia="Times New Roman" w:hAnsi="Times New Roman"/>
          <w:b/>
          <w:color w:val="000000"/>
          <w:spacing w:val="-7"/>
        </w:rPr>
        <w:t xml:space="preserve"> </w:t>
      </w:r>
      <w:r>
        <w:rPr>
          <w:rFonts w:ascii="Calibri" w:eastAsia="Calibri" w:hAnsi="Calibri"/>
          <w:b/>
          <w:color w:val="000000"/>
        </w:rPr>
        <w:t>SCOLASTICO</w:t>
      </w:r>
      <w:r>
        <w:rPr>
          <w:rFonts w:ascii="Times New Roman" w:eastAsia="Times New Roman" w:hAnsi="Times New Roman"/>
          <w:b/>
          <w:color w:val="000000"/>
          <w:spacing w:val="-8"/>
        </w:rPr>
        <w:t xml:space="preserve"> </w:t>
      </w:r>
      <w:r>
        <w:rPr>
          <w:rFonts w:ascii="Calibri" w:eastAsia="Calibri" w:hAnsi="Calibri"/>
          <w:b/>
          <w:color w:val="000000"/>
        </w:rPr>
        <w:t>2024</w:t>
      </w:r>
      <w:r>
        <w:rPr>
          <w:rFonts w:ascii="Calibri" w:eastAsia="Calibri" w:hAnsi="Calibri"/>
          <w:b/>
          <w:color w:val="000000"/>
          <w:spacing w:val="1"/>
        </w:rPr>
        <w:t>/</w:t>
      </w:r>
      <w:r>
        <w:rPr>
          <w:rFonts w:ascii="Calibri" w:eastAsia="Calibri" w:hAnsi="Calibri"/>
          <w:b/>
          <w:color w:val="000000"/>
        </w:rPr>
        <w:t>2025</w:t>
      </w:r>
    </w:p>
    <w:p w:rsidR="00652126" w:rsidRDefault="00652126">
      <w:pPr>
        <w:wordWrap w:val="0"/>
        <w:autoSpaceDE w:val="0"/>
        <w:autoSpaceDN w:val="0"/>
        <w:spacing w:before="137" w:after="0" w:line="14" w:lineRule="exact"/>
      </w:pPr>
    </w:p>
    <w:tbl>
      <w:tblPr>
        <w:tblW w:w="0" w:type="auto"/>
        <w:tblInd w:w="54" w:type="dxa"/>
        <w:tblLayout w:type="fixed"/>
        <w:tblLook w:val="04A0" w:firstRow="1" w:lastRow="0" w:firstColumn="1" w:lastColumn="0" w:noHBand="0" w:noVBand="1"/>
      </w:tblPr>
      <w:tblGrid>
        <w:gridCol w:w="740"/>
        <w:gridCol w:w="1532"/>
        <w:gridCol w:w="2708"/>
        <w:gridCol w:w="2694"/>
        <w:gridCol w:w="2895"/>
        <w:gridCol w:w="566"/>
        <w:gridCol w:w="1983"/>
        <w:gridCol w:w="797"/>
        <w:gridCol w:w="793"/>
        <w:gridCol w:w="739"/>
      </w:tblGrid>
      <w:tr w:rsidR="00652126">
        <w:trPr>
          <w:trHeight w:hRule="exact" w:val="4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61" w:after="0" w:line="202" w:lineRule="exact"/>
              <w:ind w:left="106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Classe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61" w:after="0" w:line="202" w:lineRule="exact"/>
              <w:ind w:left="240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Tipo</w:t>
            </w:r>
            <w:r>
              <w:rPr>
                <w:rFonts w:ascii="Times New Roman" w:eastAsia="Times New Roman" w:hAnsi="Times New Roman"/>
                <w:b/>
                <w:color w:val="000000"/>
                <w:spacing w:val="-7"/>
                <w:sz w:val="20"/>
              </w:rPr>
              <w:t xml:space="preserve"> </w:t>
            </w:r>
            <w:r>
              <w:rPr>
                <w:rFonts w:ascii="Calibri" w:eastAsia="Calibri" w:hAnsi="Calibri"/>
                <w:b/>
                <w:color w:val="000000"/>
                <w:w w:val="101"/>
                <w:sz w:val="20"/>
              </w:rPr>
              <w:t>di</w:t>
            </w:r>
            <w:r>
              <w:rPr>
                <w:rFonts w:ascii="Times New Roman" w:eastAsia="Times New Roman" w:hAnsi="Times New Roman"/>
                <w:b/>
                <w:color w:val="000000"/>
                <w:spacing w:val="-7"/>
                <w:sz w:val="20"/>
              </w:rPr>
              <w:t xml:space="preserve"> </w:t>
            </w:r>
            <w:r>
              <w:rPr>
                <w:rFonts w:ascii="Calibri" w:eastAsia="Calibri" w:hAnsi="Calibri"/>
                <w:b/>
                <w:color w:val="000000"/>
                <w:sz w:val="20"/>
              </w:rPr>
              <w:t>testo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61" w:after="0" w:line="202" w:lineRule="exact"/>
              <w:ind w:left="802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Codice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Calibri" w:eastAsia="Calibri" w:hAnsi="Calibri"/>
                <w:b/>
                <w:color w:val="000000"/>
                <w:spacing w:val="-2"/>
                <w:sz w:val="20"/>
              </w:rPr>
              <w:t>ISBN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61" w:after="0" w:line="202" w:lineRule="exact"/>
              <w:ind w:left="1056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Autore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61" w:after="0" w:line="202" w:lineRule="exact"/>
              <w:ind w:left="1148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Titolo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43" w:after="0" w:line="220" w:lineRule="exact"/>
              <w:ind w:left="67"/>
            </w:pPr>
            <w:r>
              <w:rPr>
                <w:rFonts w:ascii="Calibri" w:eastAsia="Calibri" w:hAnsi="Calibri"/>
                <w:b/>
                <w:color w:val="000000"/>
                <w:spacing w:val="1"/>
                <w:sz w:val="20"/>
              </w:rPr>
              <w:t>Vol</w:t>
            </w:r>
            <w:r>
              <w:rPr>
                <w:rFonts w:ascii="Calibri" w:eastAsia="Calibri" w:hAnsi="Calibri"/>
                <w:b/>
                <w:color w:val="000000"/>
                <w:spacing w:val="-5"/>
                <w:sz w:val="20"/>
              </w:rPr>
              <w:t>.</w:t>
            </w:r>
            <w:r>
              <w:rPr>
                <w:rFonts w:ascii="Calibri" w:eastAsia="Calibri" w:hAnsi="Calibri"/>
                <w:b/>
                <w:color w:val="000000"/>
                <w:spacing w:val="1"/>
                <w:sz w:val="20"/>
                <w:vertAlign w:val="superscript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61" w:after="0" w:line="202" w:lineRule="exact"/>
              <w:ind w:left="634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Editore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41" w:after="0" w:line="202" w:lineRule="exact"/>
              <w:ind w:left="106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Nuova</w:t>
            </w:r>
          </w:p>
          <w:p w:rsidR="00652126" w:rsidRDefault="006E3298">
            <w:pPr>
              <w:wordWrap w:val="0"/>
              <w:autoSpaceDE w:val="0"/>
              <w:autoSpaceDN w:val="0"/>
              <w:spacing w:before="20" w:after="0" w:line="220" w:lineRule="exact"/>
              <w:ind w:left="134"/>
            </w:pPr>
            <w:r>
              <w:rPr>
                <w:rFonts w:ascii="Calibri" w:eastAsia="Calibri" w:hAnsi="Calibri"/>
                <w:b/>
                <w:color w:val="000000"/>
                <w:spacing w:val="1"/>
                <w:sz w:val="20"/>
              </w:rPr>
              <w:t>adoz</w:t>
            </w:r>
            <w:r>
              <w:rPr>
                <w:rFonts w:ascii="Calibri" w:eastAsia="Calibri" w:hAnsi="Calibri"/>
                <w:b/>
                <w:color w:val="000000"/>
                <w:spacing w:val="-5"/>
                <w:sz w:val="20"/>
              </w:rPr>
              <w:t>.</w:t>
            </w:r>
            <w:r>
              <w:rPr>
                <w:rFonts w:ascii="Calibri" w:eastAsia="Calibri" w:hAnsi="Calibri"/>
                <w:b/>
                <w:color w:val="000000"/>
                <w:spacing w:val="1"/>
                <w:sz w:val="20"/>
                <w:vertAlign w:val="superscript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43" w:after="0" w:line="220" w:lineRule="exact"/>
            </w:pPr>
            <w:r>
              <w:rPr>
                <w:rFonts w:ascii="Calibri" w:eastAsia="Calibri" w:hAnsi="Calibri"/>
                <w:b/>
                <w:color w:val="000000"/>
                <w:sz w:val="20"/>
              </w:rPr>
              <w:t>Da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Calibri" w:eastAsia="Calibri" w:hAnsi="Calibri"/>
                <w:b/>
                <w:color w:val="000000"/>
                <w:w w:val="101"/>
                <w:sz w:val="20"/>
              </w:rPr>
              <w:t>acq</w:t>
            </w:r>
            <w:r>
              <w:rPr>
                <w:rFonts w:ascii="Calibri" w:eastAsia="Calibri" w:hAnsi="Calibri"/>
                <w:b/>
                <w:color w:val="000000"/>
                <w:spacing w:val="-5"/>
                <w:sz w:val="20"/>
              </w:rPr>
              <w:t>.</w:t>
            </w:r>
            <w:r>
              <w:rPr>
                <w:rFonts w:ascii="Calibri" w:eastAsia="Calibri" w:hAnsi="Calibri"/>
                <w:b/>
                <w:color w:val="000000"/>
                <w:spacing w:val="1"/>
                <w:sz w:val="20"/>
                <w:vertAlign w:val="superscript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43" w:after="0" w:line="220" w:lineRule="exact"/>
              <w:ind w:left="53"/>
            </w:pPr>
            <w:r>
              <w:rPr>
                <w:rFonts w:ascii="Calibri" w:eastAsia="Calibri" w:hAnsi="Calibri"/>
                <w:b/>
                <w:color w:val="000000"/>
                <w:w w:val="101"/>
                <w:sz w:val="20"/>
              </w:rPr>
              <w:t>Cons</w:t>
            </w:r>
            <w:r>
              <w:rPr>
                <w:rFonts w:ascii="Calibri" w:eastAsia="Calibri" w:hAnsi="Calibri"/>
                <w:b/>
                <w:color w:val="000000"/>
                <w:w w:val="99"/>
                <w:sz w:val="20"/>
              </w:rPr>
              <w:t>.</w:t>
            </w:r>
            <w:r>
              <w:rPr>
                <w:rFonts w:ascii="Calibri" w:eastAsia="Calibri" w:hAnsi="Calibri"/>
                <w:b/>
                <w:color w:val="000000"/>
                <w:spacing w:val="1"/>
                <w:sz w:val="20"/>
                <w:vertAlign w:val="superscript"/>
              </w:rPr>
              <w:t>4</w:t>
            </w:r>
          </w:p>
        </w:tc>
      </w:tr>
      <w:tr w:rsidR="00652126">
        <w:trPr>
          <w:trHeight w:hRule="exact" w:val="254"/>
        </w:trPr>
        <w:tc>
          <w:tcPr>
            <w:tcW w:w="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92" w:after="0" w:line="202" w:lineRule="exact"/>
              <w:ind w:left="341"/>
            </w:pPr>
            <w:r>
              <w:rPr>
                <w:rFonts w:ascii="Calibri" w:eastAsia="Calibri" w:hAnsi="Calibri"/>
                <w:color w:val="000000"/>
                <w:spacing w:val="-2"/>
                <w:sz w:val="20"/>
              </w:rPr>
              <w:t>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Religione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452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2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pacing w:val="2"/>
                <w:sz w:val="18"/>
              </w:rPr>
              <w:t>Il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libro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della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prima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-1"/>
                <w:sz w:val="18"/>
              </w:rPr>
              <w:t>classe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71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Lingua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Inglese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71"/>
        </w:trPr>
        <w:tc>
          <w:tcPr>
            <w:tcW w:w="740" w:type="dxa"/>
            <w:vMerge w:val="restart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86" w:after="0" w:line="202" w:lineRule="exact"/>
              <w:ind w:left="317"/>
            </w:pPr>
            <w:r>
              <w:rPr>
                <w:rFonts w:ascii="Calibri" w:eastAsia="Calibri" w:hAnsi="Calibri"/>
                <w:color w:val="000000"/>
                <w:sz w:val="20"/>
              </w:rPr>
              <w:t>II</w:t>
            </w:r>
          </w:p>
        </w:tc>
        <w:tc>
          <w:tcPr>
            <w:tcW w:w="153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Religione</w:t>
            </w:r>
          </w:p>
        </w:tc>
        <w:tc>
          <w:tcPr>
            <w:tcW w:w="27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452"/>
        </w:trPr>
        <w:tc>
          <w:tcPr>
            <w:tcW w:w="1553" w:type="dxa"/>
            <w:vMerge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9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pacing w:val="3"/>
                <w:sz w:val="18"/>
              </w:rPr>
              <w:t>(</w:t>
            </w:r>
            <w:r>
              <w:rPr>
                <w:rFonts w:ascii="Calibri" w:eastAsia="Calibri" w:hAnsi="Calibri"/>
                <w:color w:val="000000"/>
                <w:sz w:val="18"/>
              </w:rPr>
              <w:t>1°biennio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71"/>
        </w:trPr>
        <w:tc>
          <w:tcPr>
            <w:tcW w:w="1553" w:type="dxa"/>
            <w:vMerge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Lingua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Inglese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86"/>
        </w:trPr>
        <w:tc>
          <w:tcPr>
            <w:tcW w:w="740" w:type="dxa"/>
            <w:vMerge w:val="restart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525" w:after="0" w:line="202" w:lineRule="exact"/>
              <w:ind w:left="293"/>
            </w:pPr>
            <w:r>
              <w:rPr>
                <w:rFonts w:ascii="Calibri" w:eastAsia="Calibri" w:hAnsi="Calibri"/>
                <w:color w:val="000000"/>
                <w:w w:val="98"/>
                <w:sz w:val="20"/>
              </w:rPr>
              <w:t>III</w:t>
            </w:r>
          </w:p>
        </w:tc>
        <w:tc>
          <w:tcPr>
            <w:tcW w:w="153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Religione</w:t>
            </w:r>
          </w:p>
        </w:tc>
        <w:tc>
          <w:tcPr>
            <w:tcW w:w="27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485"/>
        </w:trPr>
        <w:tc>
          <w:tcPr>
            <w:tcW w:w="1553" w:type="dxa"/>
            <w:vMerge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50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pacing w:val="3"/>
                <w:sz w:val="18"/>
              </w:rPr>
              <w:t>(</w:t>
            </w:r>
            <w:r>
              <w:rPr>
                <w:rFonts w:ascii="Calibri" w:eastAsia="Calibri" w:hAnsi="Calibri"/>
                <w:color w:val="000000"/>
                <w:sz w:val="18"/>
              </w:rPr>
              <w:t>1°biennio</w:t>
            </w:r>
            <w:r>
              <w:rPr>
                <w:rFonts w:ascii="Calibri" w:eastAsia="Calibri" w:hAnsi="Calibri"/>
                <w:color w:val="000000"/>
                <w:spacing w:val="-1"/>
                <w:sz w:val="18"/>
              </w:rPr>
              <w:t>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74"/>
        </w:trPr>
        <w:tc>
          <w:tcPr>
            <w:tcW w:w="1553" w:type="dxa"/>
            <w:vMerge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5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Lingua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Inglese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54"/>
        </w:trPr>
        <w:tc>
          <w:tcPr>
            <w:tcW w:w="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1092" w:after="0" w:line="202" w:lineRule="exact"/>
              <w:ind w:left="284"/>
            </w:pPr>
            <w:r>
              <w:rPr>
                <w:rFonts w:ascii="Calibri" w:eastAsia="Calibri" w:hAnsi="Calibri"/>
                <w:color w:val="000000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Religione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54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Lingua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Inglese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466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dei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linguaggi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701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5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delle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discipline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(</w:t>
            </w:r>
            <w:r>
              <w:rPr>
                <w:rFonts w:ascii="Calibri" w:eastAsia="Calibri" w:hAnsi="Calibri"/>
                <w:color w:val="000000"/>
                <w:sz w:val="18"/>
              </w:rPr>
              <w:t>amb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.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3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antropologico</w:t>
            </w:r>
            <w:r>
              <w:rPr>
                <w:rFonts w:ascii="Calibri" w:eastAsia="Calibri" w:hAnsi="Calibri"/>
                <w:color w:val="000000"/>
                <w:w w:val="98"/>
                <w:sz w:val="18"/>
              </w:rPr>
              <w:t>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708"/>
        </w:trPr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55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delle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3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discipline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(</w:t>
            </w:r>
            <w:r>
              <w:rPr>
                <w:rFonts w:ascii="Calibri" w:eastAsia="Calibri" w:hAnsi="Calibri"/>
                <w:color w:val="000000"/>
                <w:sz w:val="18"/>
              </w:rPr>
              <w:t>amb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.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9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scientifico</w:t>
            </w:r>
            <w:r>
              <w:rPr>
                <w:rFonts w:ascii="Calibri" w:eastAsia="Calibri" w:hAnsi="Calibri"/>
                <w:color w:val="000000"/>
                <w:spacing w:val="-1"/>
                <w:sz w:val="18"/>
              </w:rPr>
              <w:t>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71"/>
        </w:trPr>
        <w:tc>
          <w:tcPr>
            <w:tcW w:w="740" w:type="dxa"/>
            <w:vMerge w:val="restart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525" w:after="0" w:line="202" w:lineRule="exact"/>
              <w:ind w:left="308"/>
            </w:pPr>
            <w:r>
              <w:rPr>
                <w:rFonts w:ascii="Calibri" w:eastAsia="Calibri" w:hAnsi="Calibri"/>
                <w:color w:val="000000"/>
                <w:spacing w:val="2"/>
                <w:sz w:val="20"/>
              </w:rPr>
              <w:t>V</w:t>
            </w:r>
          </w:p>
        </w:tc>
        <w:tc>
          <w:tcPr>
            <w:tcW w:w="153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Religione</w:t>
            </w:r>
          </w:p>
        </w:tc>
        <w:tc>
          <w:tcPr>
            <w:tcW w:w="27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254"/>
        </w:trPr>
        <w:tc>
          <w:tcPr>
            <w:tcW w:w="1553" w:type="dxa"/>
            <w:vMerge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Lingua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Inglese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451"/>
        </w:trPr>
        <w:tc>
          <w:tcPr>
            <w:tcW w:w="1553" w:type="dxa"/>
            <w:vMerge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dei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linguaggi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668"/>
        </w:trPr>
        <w:tc>
          <w:tcPr>
            <w:tcW w:w="1553" w:type="dxa"/>
            <w:vMerge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2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delle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discipline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(</w:t>
            </w:r>
            <w:r>
              <w:rPr>
                <w:rFonts w:ascii="Calibri" w:eastAsia="Calibri" w:hAnsi="Calibri"/>
                <w:color w:val="000000"/>
                <w:sz w:val="18"/>
              </w:rPr>
              <w:t>amb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.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3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antropologico</w:t>
            </w:r>
            <w:r>
              <w:rPr>
                <w:rFonts w:ascii="Calibri" w:eastAsia="Calibri" w:hAnsi="Calibri"/>
                <w:color w:val="000000"/>
                <w:w w:val="98"/>
                <w:sz w:val="18"/>
              </w:rPr>
              <w:t>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  <w:tr w:rsidR="00652126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E3298">
            <w:pPr>
              <w:wordWrap w:val="0"/>
              <w:autoSpaceDE w:val="0"/>
              <w:autoSpaceDN w:val="0"/>
              <w:spacing w:before="31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Sussidiario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18"/>
              </w:rPr>
              <w:t>delle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sz w:val="18"/>
              </w:rPr>
              <w:t>discipline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(</w:t>
            </w:r>
            <w:r>
              <w:rPr>
                <w:rFonts w:ascii="Calibri" w:eastAsia="Calibri" w:hAnsi="Calibri"/>
                <w:color w:val="000000"/>
                <w:sz w:val="18"/>
              </w:rPr>
              <w:t>amb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.</w:t>
            </w:r>
          </w:p>
          <w:p w:rsidR="00652126" w:rsidRDefault="006E3298">
            <w:pPr>
              <w:wordWrap w:val="0"/>
              <w:autoSpaceDE w:val="0"/>
              <w:autoSpaceDN w:val="0"/>
              <w:spacing w:before="38" w:after="0" w:line="182" w:lineRule="exact"/>
              <w:ind w:left="101"/>
            </w:pPr>
            <w:r>
              <w:rPr>
                <w:rFonts w:ascii="Calibri" w:eastAsia="Calibri" w:hAnsi="Calibri"/>
                <w:color w:val="000000"/>
                <w:w w:val="101"/>
                <w:sz w:val="18"/>
              </w:rPr>
              <w:t>scientifico</w:t>
            </w:r>
            <w:r>
              <w:rPr>
                <w:rFonts w:ascii="Calibri" w:eastAsia="Calibri" w:hAnsi="Calibri"/>
                <w:color w:val="000000"/>
                <w:spacing w:val="-2"/>
                <w:sz w:val="18"/>
              </w:rPr>
              <w:t>)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52126" w:rsidRDefault="00652126"/>
        </w:tc>
      </w:tr>
    </w:tbl>
    <w:p w:rsidR="00652126" w:rsidRDefault="006E3298">
      <w:pPr>
        <w:wordWrap w:val="0"/>
        <w:autoSpaceDE w:val="0"/>
        <w:autoSpaceDN w:val="0"/>
        <w:spacing w:before="31" w:after="243" w:line="182" w:lineRule="exact"/>
        <w:ind w:left="232"/>
      </w:pPr>
      <w:r>
        <w:rPr>
          <w:rFonts w:ascii="Calibri" w:eastAsia="Calibri" w:hAnsi="Calibri"/>
          <w:color w:val="000000"/>
          <w:sz w:val="18"/>
        </w:rPr>
        <w:t>Da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allegare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-1"/>
          <w:sz w:val="18"/>
        </w:rPr>
        <w:t>al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verbale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del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Consiglio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di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Interclasse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di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cui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costituisce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parte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integrante</w:t>
      </w:r>
      <w:r>
        <w:rPr>
          <w:rFonts w:ascii="Calibri" w:eastAsia="Calibri" w:hAnsi="Calibri"/>
          <w:color w:val="000000"/>
          <w:spacing w:val="-2"/>
          <w:sz w:val="18"/>
        </w:rPr>
        <w:t>.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Nel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caso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in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cui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si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1"/>
          <w:sz w:val="18"/>
        </w:rPr>
        <w:t>adotti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una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versione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del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sussidiario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delle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discipline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in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più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-1"/>
          <w:sz w:val="18"/>
        </w:rPr>
        <w:t>tomi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devono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essere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indicati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1"/>
          <w:sz w:val="18"/>
        </w:rPr>
        <w:t>tutti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pacing w:val="2"/>
          <w:sz w:val="18"/>
        </w:rPr>
        <w:t>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codici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ISBN</w:t>
      </w:r>
      <w:r>
        <w:rPr>
          <w:rFonts w:ascii="Calibri" w:eastAsia="Calibri" w:hAnsi="Calibri"/>
          <w:color w:val="000000"/>
          <w:spacing w:val="4"/>
          <w:sz w:val="18"/>
        </w:rPr>
        <w:t>.</w:t>
      </w:r>
    </w:p>
    <w:p w:rsidR="00652126" w:rsidRDefault="006E3298">
      <w:pPr>
        <w:wordWrap w:val="0"/>
        <w:autoSpaceDE w:val="0"/>
        <w:autoSpaceDN w:val="0"/>
        <w:spacing w:before="486" w:after="18" w:line="220" w:lineRule="exact"/>
        <w:ind w:left="232"/>
      </w:pPr>
      <w:r>
        <w:rPr>
          <w:rFonts w:ascii="Times New Roman" w:eastAsia="Times New Roman" w:hAnsi="Times New Roman"/>
          <w:color w:val="000000"/>
          <w:spacing w:val="2"/>
          <w:sz w:val="18"/>
          <w:vertAlign w:val="superscript"/>
        </w:rPr>
        <w:t>1</w:t>
      </w:r>
      <w:r>
        <w:rPr>
          <w:rFonts w:ascii="Times New Roman" w:eastAsia="Times New Roman" w:hAnsi="Times New Roman"/>
          <w:color w:val="000000"/>
          <w:spacing w:val="8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Indicare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spacing w:val="2"/>
          <w:sz w:val="18"/>
        </w:rPr>
        <w:t>il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numero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-2"/>
          <w:sz w:val="18"/>
        </w:rPr>
        <w:t>del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volume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3"/>
          <w:sz w:val="18"/>
        </w:rPr>
        <w:t>(</w:t>
      </w:r>
      <w:r>
        <w:rPr>
          <w:rFonts w:ascii="Calibri" w:eastAsia="Calibri" w:hAnsi="Calibri"/>
          <w:color w:val="000000"/>
          <w:sz w:val="18"/>
        </w:rPr>
        <w:t>1</w:t>
      </w:r>
      <w:r>
        <w:rPr>
          <w:rFonts w:ascii="Calibri" w:eastAsia="Calibri" w:hAnsi="Calibri"/>
          <w:color w:val="000000"/>
          <w:spacing w:val="-2"/>
          <w:sz w:val="18"/>
        </w:rPr>
        <w:t>,</w:t>
      </w:r>
      <w:r>
        <w:rPr>
          <w:rFonts w:ascii="Calibri" w:eastAsia="Calibri" w:hAnsi="Calibri"/>
          <w:color w:val="000000"/>
          <w:sz w:val="18"/>
        </w:rPr>
        <w:t>2</w:t>
      </w:r>
      <w:r>
        <w:rPr>
          <w:rFonts w:ascii="Calibri" w:eastAsia="Calibri" w:hAnsi="Calibri"/>
          <w:color w:val="000000"/>
          <w:spacing w:val="-2"/>
          <w:sz w:val="18"/>
        </w:rPr>
        <w:t>,</w:t>
      </w:r>
      <w:r>
        <w:rPr>
          <w:rFonts w:ascii="Calibri" w:eastAsia="Calibri" w:hAnsi="Calibri"/>
          <w:color w:val="000000"/>
          <w:sz w:val="18"/>
        </w:rPr>
        <w:t>3</w:t>
      </w:r>
      <w:r>
        <w:rPr>
          <w:rFonts w:ascii="Calibri" w:eastAsia="Calibri" w:hAnsi="Calibri"/>
          <w:color w:val="000000"/>
          <w:spacing w:val="-2"/>
          <w:sz w:val="18"/>
        </w:rPr>
        <w:t>)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oppure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U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pacing w:val="3"/>
          <w:sz w:val="18"/>
        </w:rPr>
        <w:t>(</w:t>
      </w:r>
      <w:r>
        <w:rPr>
          <w:rFonts w:ascii="Calibri" w:eastAsia="Calibri" w:hAnsi="Calibri"/>
          <w:color w:val="000000"/>
          <w:w w:val="99"/>
          <w:sz w:val="18"/>
        </w:rPr>
        <w:t>in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caso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di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volume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unico</w:t>
      </w:r>
      <w:r>
        <w:rPr>
          <w:rFonts w:ascii="Calibri" w:eastAsia="Calibri" w:hAnsi="Calibri"/>
          <w:color w:val="000000"/>
          <w:w w:val="102"/>
          <w:sz w:val="18"/>
        </w:rPr>
        <w:t>)</w:t>
      </w:r>
    </w:p>
    <w:p w:rsidR="00652126" w:rsidRDefault="006E3298">
      <w:pPr>
        <w:wordWrap w:val="0"/>
        <w:autoSpaceDE w:val="0"/>
        <w:autoSpaceDN w:val="0"/>
        <w:spacing w:before="37" w:after="19" w:line="184" w:lineRule="exact"/>
        <w:ind w:left="232"/>
      </w:pPr>
      <w:r>
        <w:rPr>
          <w:rFonts w:ascii="Calibri" w:eastAsia="Calibri" w:hAnsi="Calibri"/>
          <w:color w:val="000000"/>
          <w:spacing w:val="2"/>
          <w:sz w:val="18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Indicare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1"/>
          <w:sz w:val="18"/>
        </w:rPr>
        <w:t>“</w:t>
      </w:r>
      <w:r>
        <w:rPr>
          <w:rFonts w:ascii="Calibri" w:eastAsia="Calibri" w:hAnsi="Calibri"/>
          <w:color w:val="000000"/>
          <w:spacing w:val="-2"/>
          <w:sz w:val="18"/>
        </w:rPr>
        <w:t>Sì</w:t>
      </w:r>
      <w:r>
        <w:rPr>
          <w:rFonts w:ascii="Calibri" w:eastAsia="Calibri" w:hAnsi="Calibri"/>
          <w:color w:val="000000"/>
          <w:spacing w:val="1"/>
          <w:sz w:val="18"/>
        </w:rPr>
        <w:t>”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oppure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spacing w:val="1"/>
          <w:sz w:val="18"/>
        </w:rPr>
        <w:t>“</w:t>
      </w:r>
      <w:r>
        <w:rPr>
          <w:rFonts w:ascii="Calibri" w:eastAsia="Calibri" w:hAnsi="Calibri"/>
          <w:color w:val="000000"/>
          <w:sz w:val="18"/>
        </w:rPr>
        <w:t>No</w:t>
      </w:r>
      <w:r>
        <w:rPr>
          <w:rFonts w:ascii="Calibri" w:eastAsia="Calibri" w:hAnsi="Calibri"/>
          <w:color w:val="000000"/>
          <w:spacing w:val="-2"/>
          <w:sz w:val="18"/>
        </w:rPr>
        <w:t>”</w:t>
      </w:r>
    </w:p>
    <w:p w:rsidR="00652126" w:rsidRDefault="006E3298">
      <w:pPr>
        <w:wordWrap w:val="0"/>
        <w:autoSpaceDE w:val="0"/>
        <w:autoSpaceDN w:val="0"/>
        <w:spacing w:before="37" w:after="18" w:line="184" w:lineRule="exact"/>
        <w:ind w:left="232"/>
      </w:pPr>
      <w:r>
        <w:rPr>
          <w:rFonts w:ascii="Calibri" w:eastAsia="Calibri" w:hAnsi="Calibri"/>
          <w:color w:val="000000"/>
          <w:spacing w:val="2"/>
          <w:sz w:val="18"/>
          <w:vertAlign w:val="superscript"/>
        </w:rPr>
        <w:t>3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Indicare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1"/>
          <w:sz w:val="18"/>
        </w:rPr>
        <w:t>“</w:t>
      </w:r>
      <w:r>
        <w:rPr>
          <w:rFonts w:ascii="Calibri" w:eastAsia="Calibri" w:hAnsi="Calibri"/>
          <w:color w:val="000000"/>
          <w:spacing w:val="-2"/>
          <w:sz w:val="18"/>
        </w:rPr>
        <w:t>Sì</w:t>
      </w:r>
      <w:r>
        <w:rPr>
          <w:rFonts w:ascii="Calibri" w:eastAsia="Calibri" w:hAnsi="Calibri"/>
          <w:color w:val="000000"/>
          <w:spacing w:val="1"/>
          <w:sz w:val="18"/>
        </w:rPr>
        <w:t>”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pacing w:val="3"/>
          <w:sz w:val="18"/>
        </w:rPr>
        <w:t>(</w:t>
      </w:r>
      <w:r>
        <w:rPr>
          <w:rFonts w:ascii="Calibri" w:eastAsia="Calibri" w:hAnsi="Calibri"/>
          <w:color w:val="000000"/>
          <w:spacing w:val="-1"/>
          <w:sz w:val="18"/>
        </w:rPr>
        <w:t>se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non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in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possesso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101"/>
          <w:sz w:val="18"/>
        </w:rPr>
        <w:t>dell</w:t>
      </w:r>
      <w:r>
        <w:rPr>
          <w:rFonts w:ascii="Calibri" w:eastAsia="Calibri" w:hAnsi="Calibri"/>
          <w:color w:val="000000"/>
          <w:spacing w:val="-2"/>
          <w:sz w:val="18"/>
        </w:rPr>
        <w:t>’</w:t>
      </w:r>
      <w:r>
        <w:rPr>
          <w:rFonts w:ascii="Calibri" w:eastAsia="Calibri" w:hAnsi="Calibri"/>
          <w:color w:val="000000"/>
          <w:sz w:val="18"/>
        </w:rPr>
        <w:t>alunno</w:t>
      </w:r>
      <w:r>
        <w:rPr>
          <w:rFonts w:ascii="Calibri" w:eastAsia="Calibri" w:hAnsi="Calibri"/>
          <w:color w:val="000000"/>
          <w:spacing w:val="-2"/>
          <w:sz w:val="18"/>
        </w:rPr>
        <w:t>)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oppure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spacing w:val="-3"/>
          <w:sz w:val="18"/>
        </w:rPr>
        <w:t>“</w:t>
      </w:r>
      <w:r>
        <w:rPr>
          <w:rFonts w:ascii="Calibri" w:eastAsia="Calibri" w:hAnsi="Calibri"/>
          <w:color w:val="000000"/>
          <w:spacing w:val="2"/>
          <w:sz w:val="18"/>
        </w:rPr>
        <w:t>No</w:t>
      </w:r>
      <w:r>
        <w:rPr>
          <w:rFonts w:ascii="Calibri" w:eastAsia="Calibri" w:hAnsi="Calibri"/>
          <w:color w:val="000000"/>
          <w:spacing w:val="-3"/>
          <w:sz w:val="18"/>
        </w:rPr>
        <w:t>”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-2"/>
          <w:sz w:val="18"/>
        </w:rPr>
        <w:t>(</w:t>
      </w:r>
      <w:r>
        <w:rPr>
          <w:rFonts w:ascii="Calibri" w:eastAsia="Calibri" w:hAnsi="Calibri"/>
          <w:color w:val="000000"/>
          <w:spacing w:val="1"/>
          <w:sz w:val="18"/>
        </w:rPr>
        <w:t>se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già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in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99"/>
          <w:sz w:val="18"/>
        </w:rPr>
        <w:t>possesso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w w:val="101"/>
          <w:sz w:val="18"/>
        </w:rPr>
        <w:t>dell</w:t>
      </w:r>
      <w:r>
        <w:rPr>
          <w:rFonts w:ascii="Calibri" w:eastAsia="Calibri" w:hAnsi="Calibri"/>
          <w:color w:val="000000"/>
          <w:spacing w:val="-2"/>
          <w:sz w:val="18"/>
        </w:rPr>
        <w:t>’</w:t>
      </w:r>
      <w:r>
        <w:rPr>
          <w:rFonts w:ascii="Calibri" w:eastAsia="Calibri" w:hAnsi="Calibri"/>
          <w:color w:val="000000"/>
          <w:sz w:val="18"/>
        </w:rPr>
        <w:t>alunno</w:t>
      </w:r>
      <w:r>
        <w:rPr>
          <w:rFonts w:ascii="Calibri" w:eastAsia="Calibri" w:hAnsi="Calibri"/>
          <w:color w:val="000000"/>
          <w:spacing w:val="5"/>
          <w:sz w:val="18"/>
        </w:rPr>
        <w:t>)</w:t>
      </w:r>
    </w:p>
    <w:p w:rsidR="00652126" w:rsidRDefault="006E3298">
      <w:pPr>
        <w:wordWrap w:val="0"/>
        <w:autoSpaceDE w:val="0"/>
        <w:autoSpaceDN w:val="0"/>
        <w:spacing w:before="37" w:after="0" w:line="184" w:lineRule="exact"/>
        <w:ind w:left="232"/>
      </w:pPr>
      <w:r>
        <w:rPr>
          <w:rFonts w:ascii="Calibri" w:eastAsia="Calibri" w:hAnsi="Calibri"/>
          <w:color w:val="000000"/>
          <w:spacing w:val="2"/>
          <w:sz w:val="18"/>
          <w:vertAlign w:val="superscript"/>
        </w:rPr>
        <w:t>4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Indicare</w:t>
      </w:r>
      <w:r>
        <w:rPr>
          <w:rFonts w:ascii="Times New Roman" w:eastAsia="Times New Roman" w:hAnsi="Times New Roman"/>
          <w:color w:val="000000"/>
          <w:spacing w:val="-2"/>
          <w:sz w:val="18"/>
        </w:rPr>
        <w:t xml:space="preserve"> </w:t>
      </w:r>
      <w:r>
        <w:rPr>
          <w:rFonts w:ascii="Calibri" w:eastAsia="Calibri" w:hAnsi="Calibri"/>
          <w:color w:val="000000"/>
          <w:spacing w:val="1"/>
          <w:sz w:val="18"/>
        </w:rPr>
        <w:t>“</w:t>
      </w:r>
      <w:r>
        <w:rPr>
          <w:rFonts w:ascii="Calibri" w:eastAsia="Calibri" w:hAnsi="Calibri"/>
          <w:color w:val="000000"/>
          <w:spacing w:val="-2"/>
          <w:sz w:val="18"/>
        </w:rPr>
        <w:t>Sì</w:t>
      </w:r>
      <w:r>
        <w:rPr>
          <w:rFonts w:ascii="Calibri" w:eastAsia="Calibri" w:hAnsi="Calibri"/>
          <w:color w:val="000000"/>
          <w:spacing w:val="1"/>
          <w:sz w:val="18"/>
        </w:rPr>
        <w:t>”</w:t>
      </w:r>
      <w:r>
        <w:rPr>
          <w:rFonts w:ascii="Times New Roman" w:eastAsia="Times New Roman" w:hAnsi="Times New Roman"/>
          <w:color w:val="000000"/>
          <w:spacing w:val="-7"/>
          <w:sz w:val="18"/>
        </w:rPr>
        <w:t xml:space="preserve"> </w:t>
      </w:r>
      <w:r>
        <w:rPr>
          <w:rFonts w:ascii="Calibri" w:eastAsia="Calibri" w:hAnsi="Calibri"/>
          <w:color w:val="000000"/>
          <w:sz w:val="18"/>
        </w:rPr>
        <w:t>oppure</w:t>
      </w:r>
      <w:r>
        <w:rPr>
          <w:rFonts w:ascii="Times New Roman" w:eastAsia="Times New Roman" w:hAnsi="Times New Roman"/>
          <w:color w:val="000000"/>
          <w:spacing w:val="-6"/>
          <w:sz w:val="18"/>
        </w:rPr>
        <w:t xml:space="preserve"> </w:t>
      </w:r>
      <w:r>
        <w:rPr>
          <w:rFonts w:ascii="Calibri" w:eastAsia="Calibri" w:hAnsi="Calibri"/>
          <w:color w:val="000000"/>
          <w:spacing w:val="1"/>
          <w:sz w:val="18"/>
        </w:rPr>
        <w:t>“</w:t>
      </w:r>
      <w:r>
        <w:rPr>
          <w:rFonts w:ascii="Calibri" w:eastAsia="Calibri" w:hAnsi="Calibri"/>
          <w:color w:val="000000"/>
          <w:sz w:val="18"/>
        </w:rPr>
        <w:t>No</w:t>
      </w:r>
      <w:r>
        <w:rPr>
          <w:rFonts w:ascii="Calibri" w:eastAsia="Calibri" w:hAnsi="Calibri"/>
          <w:color w:val="000000"/>
          <w:spacing w:val="-2"/>
          <w:sz w:val="18"/>
        </w:rPr>
        <w:t>”</w:t>
      </w:r>
    </w:p>
    <w:sectPr w:rsidR="00652126" w:rsidSect="00034616">
      <w:pgSz w:w="16838" w:h="11904"/>
      <w:pgMar w:top="142" w:right="685" w:bottom="545" w:left="618" w:header="720" w:footer="720" w:gutter="0"/>
      <w:cols w:space="720" w:equalWidth="0">
        <w:col w:w="1553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1E5BA0-385D-49AD-9439-E3DA01D3F643}"/>
    <w:embedBold r:id="rId2" w:fontKey="{7829EF35-5C28-467E-A634-C16166911647}"/>
    <w:embedItalic r:id="rId3" w:fontKey="{552F0E32-3490-478F-978E-A0FC4F87F26A}"/>
    <w:embedBoldItalic r:id="rId4" w:fontKey="{36E1E03C-AA76-4513-85BF-E09F1601BF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hyphenationZone w:val="283"/>
  <w:noPunctuationKerning/>
  <w:characterSpacingControl w:val="compressPunctuationAndJapaneseKana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C7E51"/>
    <w:rsid w:val="00652126"/>
    <w:rsid w:val="006E3298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81396BFB-82CC-4829-AFD0-CF70218DA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CAAC1E-FA42-47BD-97FC-FFFA5D927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LightPDF</Company>
  <LinksUpToDate>false</LinksUpToDate>
  <CharactersWithSpaces>1306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20230830</dc:description>
  <cp:lastModifiedBy>Carmela Alfieri</cp:lastModifiedBy>
  <cp:revision>3</cp:revision>
  <dcterms:created xsi:type="dcterms:W3CDTF">2024-04-15T08:45:00Z</dcterms:created>
  <dcterms:modified xsi:type="dcterms:W3CDTF">2024-04-15T08:45:00Z</dcterms:modified>
  <cp:category/>
</cp:coreProperties>
</file>